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E577" w14:textId="088D5A05" w:rsidR="001C2456" w:rsidRDefault="002E3863" w:rsidP="009F2277">
      <w:pPr>
        <w:pStyle w:val="1"/>
        <w:spacing w:before="0"/>
        <w:jc w:val="center"/>
        <w:rPr>
          <w:lang w:eastAsia="zh-TW"/>
        </w:rPr>
      </w:pPr>
      <w:r>
        <w:rPr>
          <w:lang w:eastAsia="zh-TW"/>
        </w:rPr>
        <w:t>第</w:t>
      </w:r>
      <w:r>
        <w:rPr>
          <w:lang w:eastAsia="zh-TW"/>
        </w:rPr>
        <w:t>8</w:t>
      </w:r>
      <w:r w:rsidR="00A32605">
        <w:rPr>
          <w:rFonts w:hint="eastAsia"/>
          <w:lang w:eastAsia="zh-TW"/>
        </w:rPr>
        <w:t>3</w:t>
      </w:r>
      <w:r>
        <w:rPr>
          <w:lang w:eastAsia="zh-TW"/>
        </w:rPr>
        <w:t xml:space="preserve">回農業農村工学会京都支部研究発表会　</w:t>
      </w:r>
      <w:r w:rsidR="00A32605">
        <w:rPr>
          <w:rFonts w:hint="eastAsia"/>
          <w:lang w:eastAsia="zh-TW"/>
        </w:rPr>
        <w:t>企業</w:t>
      </w:r>
      <w:r>
        <w:rPr>
          <w:lang w:eastAsia="zh-TW"/>
        </w:rPr>
        <w:t>広告協賛申込書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081"/>
        <w:gridCol w:w="2705"/>
        <w:gridCol w:w="2921"/>
        <w:gridCol w:w="2922"/>
      </w:tblGrid>
      <w:tr w:rsidR="001C2456" w14:paraId="28E78556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298EE8CD" w14:textId="77777777" w:rsidR="001C2456" w:rsidRDefault="002E3863" w:rsidP="009F2277">
            <w:pPr>
              <w:jc w:val="both"/>
            </w:pPr>
            <w:proofErr w:type="spellStart"/>
            <w:r>
              <w:t>協賛団体・企業名</w:t>
            </w:r>
            <w:proofErr w:type="spellEnd"/>
          </w:p>
        </w:tc>
        <w:tc>
          <w:tcPr>
            <w:tcW w:w="5987" w:type="dxa"/>
            <w:gridSpan w:val="2"/>
            <w:vAlign w:val="center"/>
          </w:tcPr>
          <w:p w14:paraId="6A85C51B" w14:textId="654F7784" w:rsidR="001C2456" w:rsidRDefault="001C2456" w:rsidP="009F2277">
            <w:pPr>
              <w:jc w:val="both"/>
              <w:rPr>
                <w:lang w:eastAsia="ja-JP"/>
              </w:rPr>
            </w:pPr>
          </w:p>
        </w:tc>
      </w:tr>
      <w:tr w:rsidR="000C1574" w14:paraId="6E6B4203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36E19B50" w14:textId="54EB2F78" w:rsidR="000C1574" w:rsidRDefault="000C1574" w:rsidP="009F2277">
            <w:pPr>
              <w:jc w:val="both"/>
            </w:pPr>
            <w:proofErr w:type="spellStart"/>
            <w:r>
              <w:t>担当者</w:t>
            </w:r>
            <w:proofErr w:type="spellEnd"/>
            <w:r>
              <w:rPr>
                <w:rFonts w:hint="eastAsia"/>
                <w:lang w:eastAsia="ja-JP"/>
              </w:rPr>
              <w:t xml:space="preserve">　</w:t>
            </w:r>
            <w:proofErr w:type="spellStart"/>
            <w:r>
              <w:t>所属</w:t>
            </w:r>
            <w:proofErr w:type="spellEnd"/>
            <w:r>
              <w:rPr>
                <w:rFonts w:hint="eastAsia"/>
                <w:lang w:eastAsia="ja-JP"/>
              </w:rPr>
              <w:t>・氏名</w:t>
            </w:r>
          </w:p>
        </w:tc>
        <w:tc>
          <w:tcPr>
            <w:tcW w:w="5987" w:type="dxa"/>
            <w:gridSpan w:val="2"/>
            <w:vAlign w:val="center"/>
          </w:tcPr>
          <w:p w14:paraId="08102515" w14:textId="77777777" w:rsidR="000C1574" w:rsidRDefault="000C1574" w:rsidP="009F2277">
            <w:pPr>
              <w:jc w:val="both"/>
              <w:rPr>
                <w:lang w:eastAsia="ja-JP"/>
              </w:rPr>
            </w:pPr>
          </w:p>
        </w:tc>
      </w:tr>
      <w:tr w:rsidR="001C2456" w14:paraId="10A3A496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54F2F6A1" w14:textId="77777777" w:rsidR="001C2456" w:rsidRDefault="002E3863" w:rsidP="009F2277">
            <w:pPr>
              <w:jc w:val="both"/>
            </w:pPr>
            <w:proofErr w:type="spellStart"/>
            <w:r>
              <w:t>所在地</w:t>
            </w:r>
            <w:proofErr w:type="spellEnd"/>
          </w:p>
        </w:tc>
        <w:tc>
          <w:tcPr>
            <w:tcW w:w="5987" w:type="dxa"/>
            <w:gridSpan w:val="2"/>
            <w:vAlign w:val="center"/>
          </w:tcPr>
          <w:p w14:paraId="07EC55C9" w14:textId="34A8FB70" w:rsidR="001C2456" w:rsidRDefault="001C2456" w:rsidP="009F2277">
            <w:pPr>
              <w:jc w:val="both"/>
            </w:pPr>
          </w:p>
        </w:tc>
      </w:tr>
      <w:tr w:rsidR="001C2456" w14:paraId="62F59CE1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70EDDA8B" w14:textId="77777777" w:rsidR="001C2456" w:rsidRDefault="002E3863" w:rsidP="009F2277">
            <w:pPr>
              <w:jc w:val="both"/>
            </w:pPr>
            <w:proofErr w:type="spellStart"/>
            <w:r>
              <w:t>電話番号</w:t>
            </w:r>
            <w:proofErr w:type="spellEnd"/>
          </w:p>
        </w:tc>
        <w:tc>
          <w:tcPr>
            <w:tcW w:w="5987" w:type="dxa"/>
            <w:gridSpan w:val="2"/>
            <w:vAlign w:val="center"/>
          </w:tcPr>
          <w:p w14:paraId="6FE5EE58" w14:textId="51C2D486" w:rsidR="001C2456" w:rsidRDefault="001C2456" w:rsidP="009F2277">
            <w:pPr>
              <w:jc w:val="both"/>
            </w:pPr>
          </w:p>
        </w:tc>
      </w:tr>
      <w:tr w:rsidR="001C2456" w14:paraId="0A5F6B36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039047C6" w14:textId="77777777" w:rsidR="001C2456" w:rsidRDefault="002E3863" w:rsidP="009F2277">
            <w:pPr>
              <w:jc w:val="both"/>
            </w:pPr>
            <w:proofErr w:type="spellStart"/>
            <w:r>
              <w:t>メールアドレス</w:t>
            </w:r>
            <w:proofErr w:type="spellEnd"/>
          </w:p>
        </w:tc>
        <w:tc>
          <w:tcPr>
            <w:tcW w:w="5987" w:type="dxa"/>
            <w:gridSpan w:val="2"/>
            <w:vAlign w:val="center"/>
          </w:tcPr>
          <w:p w14:paraId="511E16D9" w14:textId="3A5FF48B" w:rsidR="001C2456" w:rsidRDefault="001C2456" w:rsidP="009F2277">
            <w:pPr>
              <w:jc w:val="both"/>
            </w:pPr>
          </w:p>
        </w:tc>
      </w:tr>
      <w:tr w:rsidR="001C2456" w14:paraId="021426AA" w14:textId="77777777" w:rsidTr="00CE507D">
        <w:trPr>
          <w:trHeight w:val="454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78F01795" w14:textId="77777777" w:rsidR="009F2277" w:rsidRDefault="002E3863" w:rsidP="009F2277">
            <w:pPr>
              <w:jc w:val="both"/>
              <w:rPr>
                <w:lang w:eastAsia="ja-JP"/>
              </w:rPr>
            </w:pPr>
            <w:r>
              <w:rPr>
                <w:lang w:eastAsia="ja-JP"/>
              </w:rPr>
              <w:t>希望する協賛内容</w:t>
            </w:r>
          </w:p>
          <w:p w14:paraId="07DB60DC" w14:textId="17083EA9" w:rsidR="001C2456" w:rsidRDefault="002E3863" w:rsidP="009F2277">
            <w:pPr>
              <w:jc w:val="both"/>
              <w:rPr>
                <w:lang w:eastAsia="ja-JP"/>
              </w:rPr>
            </w:pPr>
            <w:r>
              <w:rPr>
                <w:lang w:eastAsia="ja-JP"/>
              </w:rPr>
              <w:t>（</w:t>
            </w:r>
            <w:r w:rsidR="009F2277">
              <w:rPr>
                <w:rFonts w:hint="eastAsia"/>
                <w:lang w:eastAsia="ja-JP"/>
              </w:rPr>
              <w:t>該当</w:t>
            </w:r>
            <w:r>
              <w:rPr>
                <w:lang w:eastAsia="ja-JP"/>
              </w:rPr>
              <w:t>欄に</w:t>
            </w:r>
            <w:r>
              <w:rPr>
                <w:lang w:eastAsia="ja-JP"/>
              </w:rPr>
              <w:t>✔</w:t>
            </w:r>
            <w:r w:rsidR="009F2277">
              <w:rPr>
                <w:rFonts w:hint="eastAsia"/>
                <w:lang w:eastAsia="ja-JP"/>
              </w:rPr>
              <w:t>をお願いします</w:t>
            </w:r>
            <w:r>
              <w:rPr>
                <w:lang w:eastAsia="ja-JP"/>
              </w:rPr>
              <w:t>）</w:t>
            </w:r>
          </w:p>
        </w:tc>
        <w:tc>
          <w:tcPr>
            <w:tcW w:w="5987" w:type="dxa"/>
            <w:gridSpan w:val="2"/>
            <w:vAlign w:val="center"/>
          </w:tcPr>
          <w:p w14:paraId="20A01496" w14:textId="77777777" w:rsidR="009F2277" w:rsidRDefault="00664DD4" w:rsidP="009F2277">
            <w:pPr>
              <w:jc w:val="both"/>
              <w:rPr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-17287534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2277" w:rsidRPr="009F2277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9F2277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9F2277">
              <w:rPr>
                <w:lang w:eastAsia="ja-JP"/>
              </w:rPr>
              <w:t>講演要旨集への広告掲載</w:t>
            </w:r>
          </w:p>
          <w:p w14:paraId="6C3F3B5B" w14:textId="08B2759B" w:rsidR="009F2277" w:rsidRDefault="00664DD4" w:rsidP="009F2277">
            <w:pPr>
              <w:jc w:val="both"/>
              <w:rPr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-8323665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507D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9F2277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9F2277">
              <w:rPr>
                <w:lang w:eastAsia="ja-JP"/>
              </w:rPr>
              <w:t>会場内</w:t>
            </w:r>
            <w:r w:rsidR="009F2277">
              <w:rPr>
                <w:lang w:eastAsia="ja-JP"/>
              </w:rPr>
              <w:t>PR</w:t>
            </w:r>
            <w:r w:rsidR="009F2277">
              <w:rPr>
                <w:lang w:eastAsia="ja-JP"/>
              </w:rPr>
              <w:t>ブース設置</w:t>
            </w:r>
          </w:p>
          <w:p w14:paraId="5638BB28" w14:textId="5A31F614" w:rsidR="00CE507D" w:rsidRDefault="00664DD4" w:rsidP="009F2277">
            <w:pPr>
              <w:jc w:val="both"/>
              <w:rPr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1295097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507D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CE507D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CE507D">
              <w:rPr>
                <w:lang w:eastAsia="ja-JP"/>
              </w:rPr>
              <w:t>会場内</w:t>
            </w:r>
            <w:r w:rsidR="00CE507D">
              <w:rPr>
                <w:rFonts w:hint="eastAsia"/>
                <w:lang w:eastAsia="ja-JP"/>
              </w:rPr>
              <w:t>通路へのポスター掲示</w:t>
            </w:r>
          </w:p>
          <w:p w14:paraId="061F83E9" w14:textId="50D50406" w:rsidR="001C2456" w:rsidRDefault="00664DD4" w:rsidP="009F2277">
            <w:pPr>
              <w:jc w:val="both"/>
              <w:rPr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-524703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2277" w:rsidRPr="009F2277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9F2277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9F2277">
              <w:rPr>
                <w:lang w:eastAsia="ja-JP"/>
              </w:rPr>
              <w:t>開会式前スライド放映</w:t>
            </w:r>
          </w:p>
        </w:tc>
      </w:tr>
      <w:tr w:rsidR="00CE507D" w14:paraId="01E3FF60" w14:textId="77777777" w:rsidTr="00C07A94">
        <w:trPr>
          <w:trHeight w:val="454"/>
        </w:trPr>
        <w:tc>
          <w:tcPr>
            <w:tcW w:w="1101" w:type="dxa"/>
            <w:vMerge w:val="restart"/>
            <w:shd w:val="clear" w:color="auto" w:fill="D9D9D9" w:themeFill="background1" w:themeFillShade="D9"/>
            <w:vAlign w:val="center"/>
          </w:tcPr>
          <w:p w14:paraId="5A2D4307" w14:textId="77398450" w:rsidR="00CE507D" w:rsidRDefault="00CE507D" w:rsidP="00CE507D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請求書</w:t>
            </w:r>
          </w:p>
        </w:tc>
        <w:tc>
          <w:tcPr>
            <w:tcW w:w="2767" w:type="dxa"/>
            <w:shd w:val="clear" w:color="auto" w:fill="D9D9D9" w:themeFill="background1" w:themeFillShade="D9"/>
            <w:vAlign w:val="center"/>
          </w:tcPr>
          <w:p w14:paraId="60CD93BB" w14:textId="74EC1CBF" w:rsidR="00CE507D" w:rsidRDefault="00CE507D" w:rsidP="009F2277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宛　名</w:t>
            </w:r>
          </w:p>
        </w:tc>
        <w:tc>
          <w:tcPr>
            <w:tcW w:w="5987" w:type="dxa"/>
            <w:gridSpan w:val="2"/>
            <w:vAlign w:val="center"/>
          </w:tcPr>
          <w:p w14:paraId="49A96066" w14:textId="6A3DB89D" w:rsidR="00CE507D" w:rsidRPr="009F2277" w:rsidRDefault="00CE507D" w:rsidP="009F2277">
            <w:pPr>
              <w:jc w:val="both"/>
              <w:rPr>
                <w:rFonts w:ascii="ＭＳ Ｐ明朝" w:eastAsia="ＭＳ Ｐ明朝"/>
                <w:sz w:val="24"/>
                <w:szCs w:val="24"/>
                <w:lang w:eastAsia="ja-JP"/>
              </w:rPr>
            </w:pPr>
          </w:p>
        </w:tc>
      </w:tr>
      <w:tr w:rsidR="00CE507D" w14:paraId="68D0C3BB" w14:textId="77777777" w:rsidTr="00FD3941">
        <w:trPr>
          <w:trHeight w:val="454"/>
        </w:trPr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14:paraId="6FC481B2" w14:textId="77777777" w:rsidR="00CE507D" w:rsidRDefault="00CE507D" w:rsidP="009F2277">
            <w:pPr>
              <w:jc w:val="both"/>
              <w:rPr>
                <w:lang w:eastAsia="ja-JP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  <w:vAlign w:val="center"/>
          </w:tcPr>
          <w:p w14:paraId="60B088AA" w14:textId="566134C1" w:rsidR="00CE507D" w:rsidRDefault="00CE507D" w:rsidP="009F2277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送付方法</w:t>
            </w:r>
          </w:p>
        </w:tc>
        <w:tc>
          <w:tcPr>
            <w:tcW w:w="2993" w:type="dxa"/>
            <w:vAlign w:val="center"/>
          </w:tcPr>
          <w:p w14:paraId="659A8218" w14:textId="52A31BDE" w:rsidR="00CE507D" w:rsidRDefault="00664DD4" w:rsidP="009F2277">
            <w:pPr>
              <w:jc w:val="both"/>
              <w:rPr>
                <w:rFonts w:ascii="ＭＳ Ｐ明朝" w:eastAsia="ＭＳ Ｐ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18741999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507D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CE507D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CE507D" w:rsidRPr="000C1574">
              <w:rPr>
                <w:rFonts w:ascii="ＭＳ Ｐ明朝" w:eastAsia="ＭＳ Ｐ明朝" w:hint="eastAsia"/>
                <w:lang w:eastAsia="ja-JP"/>
              </w:rPr>
              <w:t>電子メール</w:t>
            </w:r>
          </w:p>
        </w:tc>
        <w:tc>
          <w:tcPr>
            <w:tcW w:w="2994" w:type="dxa"/>
            <w:vAlign w:val="center"/>
          </w:tcPr>
          <w:p w14:paraId="6477F3CC" w14:textId="647CB736" w:rsidR="00CE507D" w:rsidRDefault="00664DD4" w:rsidP="009F2277">
            <w:pPr>
              <w:jc w:val="both"/>
              <w:rPr>
                <w:rFonts w:ascii="ＭＳ Ｐ明朝" w:eastAsia="ＭＳ Ｐ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Ｐ明朝" w:eastAsia="ＭＳ Ｐ明朝" w:hint="eastAsia"/>
                  <w:sz w:val="24"/>
                  <w:szCs w:val="24"/>
                  <w:lang w:eastAsia="ja-JP"/>
                </w:rPr>
                <w:id w:val="-16714730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507D" w:rsidRPr="009F2277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CE507D">
              <w:rPr>
                <w:rFonts w:ascii="ＭＳ Ｐ明朝" w:eastAsia="ＭＳ Ｐ明朝" w:hint="eastAsia"/>
                <w:sz w:val="24"/>
                <w:szCs w:val="24"/>
                <w:lang w:eastAsia="ja-JP"/>
              </w:rPr>
              <w:t xml:space="preserve"> </w:t>
            </w:r>
            <w:r w:rsidR="00CE507D" w:rsidRPr="000C1574">
              <w:rPr>
                <w:rFonts w:ascii="ＭＳ Ｐ明朝" w:eastAsia="ＭＳ Ｐ明朝" w:hint="eastAsia"/>
                <w:lang w:eastAsia="ja-JP"/>
              </w:rPr>
              <w:t>郵送</w:t>
            </w:r>
          </w:p>
        </w:tc>
      </w:tr>
      <w:tr w:rsidR="00CE507D" w14:paraId="6A171D13" w14:textId="77777777" w:rsidTr="00CE507D">
        <w:trPr>
          <w:trHeight w:val="397"/>
        </w:trPr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14:paraId="76CFFC1D" w14:textId="77777777" w:rsidR="00CE507D" w:rsidRDefault="00CE507D" w:rsidP="009F2277">
            <w:pPr>
              <w:jc w:val="both"/>
              <w:rPr>
                <w:lang w:eastAsia="ja-JP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  <w:vAlign w:val="center"/>
          </w:tcPr>
          <w:p w14:paraId="64657B99" w14:textId="3F270167" w:rsidR="00CE507D" w:rsidRDefault="00CE507D" w:rsidP="009F2277">
            <w:pPr>
              <w:jc w:val="both"/>
              <w:rPr>
                <w:lang w:eastAsia="ja-JP"/>
              </w:rPr>
            </w:pPr>
            <w:r>
              <w:rPr>
                <w:lang w:eastAsia="ja-JP"/>
              </w:rPr>
              <w:t>送付先</w:t>
            </w:r>
          </w:p>
          <w:p w14:paraId="5A1BF0E4" w14:textId="71C1215A" w:rsidR="00CE507D" w:rsidRPr="00CE507D" w:rsidRDefault="00CE507D" w:rsidP="009F2277">
            <w:pPr>
              <w:jc w:val="both"/>
              <w:rPr>
                <w:sz w:val="18"/>
                <w:szCs w:val="18"/>
                <w:lang w:eastAsia="ja-JP"/>
              </w:rPr>
            </w:pPr>
            <w:r w:rsidRPr="00CE507D">
              <w:rPr>
                <w:sz w:val="18"/>
                <w:szCs w:val="18"/>
                <w:lang w:eastAsia="ja-JP"/>
              </w:rPr>
              <w:t>（上記</w:t>
            </w:r>
            <w:r w:rsidRPr="00CE507D">
              <w:rPr>
                <w:rFonts w:hint="eastAsia"/>
                <w:sz w:val="18"/>
                <w:szCs w:val="18"/>
                <w:lang w:eastAsia="ja-JP"/>
              </w:rPr>
              <w:t>所在地</w:t>
            </w:r>
            <w:r w:rsidRPr="00CE507D">
              <w:rPr>
                <w:sz w:val="18"/>
                <w:szCs w:val="18"/>
                <w:lang w:eastAsia="ja-JP"/>
              </w:rPr>
              <w:t>と異なる場合）</w:t>
            </w:r>
          </w:p>
        </w:tc>
        <w:tc>
          <w:tcPr>
            <w:tcW w:w="5987" w:type="dxa"/>
            <w:gridSpan w:val="2"/>
            <w:vAlign w:val="center"/>
          </w:tcPr>
          <w:p w14:paraId="7CF55051" w14:textId="683055AC" w:rsidR="00CE507D" w:rsidRDefault="00CE507D" w:rsidP="009F2277">
            <w:pPr>
              <w:jc w:val="both"/>
              <w:rPr>
                <w:lang w:eastAsia="ja-JP"/>
              </w:rPr>
            </w:pPr>
          </w:p>
        </w:tc>
      </w:tr>
      <w:tr w:rsidR="001C2456" w14:paraId="1E7C8C7F" w14:textId="77777777" w:rsidTr="00CE507D">
        <w:trPr>
          <w:trHeight w:val="397"/>
        </w:trPr>
        <w:tc>
          <w:tcPr>
            <w:tcW w:w="3868" w:type="dxa"/>
            <w:gridSpan w:val="2"/>
            <w:shd w:val="clear" w:color="auto" w:fill="D9D9D9" w:themeFill="background1" w:themeFillShade="D9"/>
            <w:vAlign w:val="center"/>
          </w:tcPr>
          <w:p w14:paraId="13C3403D" w14:textId="7495F2D6" w:rsidR="001C2456" w:rsidRDefault="002E3863" w:rsidP="009F2277">
            <w:pPr>
              <w:jc w:val="both"/>
            </w:pPr>
            <w:r>
              <w:t>備</w:t>
            </w:r>
            <w:r w:rsidR="00CE507D">
              <w:rPr>
                <w:rFonts w:hint="eastAsia"/>
                <w:lang w:eastAsia="ja-JP"/>
              </w:rPr>
              <w:t xml:space="preserve">　</w:t>
            </w:r>
            <w:r>
              <w:t>考</w:t>
            </w:r>
          </w:p>
        </w:tc>
        <w:tc>
          <w:tcPr>
            <w:tcW w:w="5987" w:type="dxa"/>
            <w:gridSpan w:val="2"/>
            <w:vAlign w:val="center"/>
          </w:tcPr>
          <w:p w14:paraId="448431F0" w14:textId="2153873F" w:rsidR="001C2456" w:rsidRDefault="001C2456" w:rsidP="009F2277">
            <w:pPr>
              <w:jc w:val="both"/>
            </w:pPr>
          </w:p>
        </w:tc>
      </w:tr>
    </w:tbl>
    <w:p w14:paraId="293DBA56" w14:textId="0D5ECDEA" w:rsidR="00C459E8" w:rsidRPr="00C459E8" w:rsidRDefault="00C459E8" w:rsidP="00C459E8">
      <w:pPr>
        <w:spacing w:after="0"/>
        <w:ind w:left="220" w:hangingChars="100" w:hanging="220"/>
        <w:rPr>
          <w:lang w:eastAsia="ja-JP"/>
        </w:rPr>
      </w:pPr>
      <w:r>
        <w:rPr>
          <w:rFonts w:hint="eastAsia"/>
          <w:lang w:eastAsia="ja-JP"/>
        </w:rPr>
        <w:t>※</w:t>
      </w:r>
      <w:r w:rsidRPr="00C459E8">
        <w:rPr>
          <w:lang w:eastAsia="ja-JP"/>
        </w:rPr>
        <w:t>恐れ入りますが、振込手数料は協賛企業・団体様にてご負担いただきますようお願い申し上げます。</w:t>
      </w:r>
    </w:p>
    <w:p w14:paraId="7BF95010" w14:textId="77777777" w:rsidR="00C459E8" w:rsidRDefault="00C459E8" w:rsidP="00C82CBF">
      <w:pPr>
        <w:spacing w:after="0"/>
        <w:rPr>
          <w:lang w:eastAsia="ja-JP"/>
        </w:rPr>
      </w:pPr>
    </w:p>
    <w:p w14:paraId="043400F5" w14:textId="77777777" w:rsidR="001C2456" w:rsidRDefault="002E3863" w:rsidP="00C82CBF">
      <w:pPr>
        <w:pStyle w:val="21"/>
        <w:spacing w:before="0"/>
        <w:rPr>
          <w:lang w:eastAsia="ja-JP"/>
        </w:rPr>
      </w:pPr>
      <w:r>
        <w:rPr>
          <w:lang w:eastAsia="ja-JP"/>
        </w:rPr>
        <w:t>＜広告データに関するご案内＞</w:t>
      </w:r>
    </w:p>
    <w:p w14:paraId="1A35FADA" w14:textId="5CFD05A2" w:rsidR="00C06A6F" w:rsidRDefault="002E3863" w:rsidP="00C12D17">
      <w:pPr>
        <w:spacing w:after="0"/>
        <w:rPr>
          <w:lang w:eastAsia="ja-JP"/>
        </w:rPr>
      </w:pPr>
      <w:r>
        <w:rPr>
          <w:b/>
          <w:lang w:eastAsia="ja-JP"/>
        </w:rPr>
        <w:t>【１】講演要旨集（電子配布）広告掲載</w:t>
      </w:r>
      <w:r>
        <w:rPr>
          <w:b/>
          <w:lang w:eastAsia="ja-JP"/>
        </w:rPr>
        <w:br/>
      </w:r>
      <w:r>
        <w:rPr>
          <w:lang w:eastAsia="ja-JP"/>
        </w:rPr>
        <w:t>・</w:t>
      </w:r>
      <w:r w:rsidRPr="00C06A6F">
        <w:rPr>
          <w:spacing w:val="880"/>
          <w:fitText w:val="1320" w:id="-671844096"/>
          <w:lang w:eastAsia="ja-JP"/>
        </w:rPr>
        <w:t>形</w:t>
      </w:r>
      <w:r w:rsidRPr="00C06A6F">
        <w:rPr>
          <w:fitText w:val="1320" w:id="-671844096"/>
          <w:lang w:eastAsia="ja-JP"/>
        </w:rPr>
        <w:t>式</w:t>
      </w:r>
      <w:r>
        <w:rPr>
          <w:lang w:eastAsia="ja-JP"/>
        </w:rPr>
        <w:t>：</w:t>
      </w:r>
      <w:r w:rsidR="00F01EDC">
        <w:rPr>
          <w:rFonts w:hint="eastAsia"/>
          <w:lang w:eastAsia="ja-JP"/>
        </w:rPr>
        <w:t>PDF</w:t>
      </w:r>
      <w:r w:rsidR="00F01EDC">
        <w:rPr>
          <w:rFonts w:hint="eastAsia"/>
          <w:lang w:eastAsia="ja-JP"/>
        </w:rPr>
        <w:t>ファイル（</w:t>
      </w:r>
      <w:r w:rsidR="00F01EDC">
        <w:rPr>
          <w:rFonts w:hint="eastAsia"/>
          <w:lang w:eastAsia="ja-JP"/>
        </w:rPr>
        <w:t>1/2</w:t>
      </w:r>
      <w:r w:rsidR="00F01EDC">
        <w:rPr>
          <w:rFonts w:hint="eastAsia"/>
          <w:lang w:eastAsia="ja-JP"/>
        </w:rPr>
        <w:t>ページをご希望の場合は</w:t>
      </w:r>
      <w:r w:rsidR="00C06A6F">
        <w:rPr>
          <w:rFonts w:hint="eastAsia"/>
          <w:lang w:eastAsia="ja-JP"/>
        </w:rPr>
        <w:t>word</w:t>
      </w:r>
      <w:r>
        <w:rPr>
          <w:lang w:eastAsia="ja-JP"/>
        </w:rPr>
        <w:t>ファイル</w:t>
      </w:r>
      <w:r w:rsidR="00C06A6F">
        <w:rPr>
          <w:rFonts w:hint="eastAsia"/>
          <w:lang w:eastAsia="ja-JP"/>
        </w:rPr>
        <w:t>や写真ファイル等</w:t>
      </w:r>
      <w:r w:rsidR="00F01EDC">
        <w:rPr>
          <w:rFonts w:hint="eastAsia"/>
          <w:lang w:eastAsia="ja-JP"/>
        </w:rPr>
        <w:t>）</w:t>
      </w:r>
    </w:p>
    <w:p w14:paraId="6FBA291E" w14:textId="1BD403BA" w:rsidR="00C12D17" w:rsidRPr="00C06A6F" w:rsidRDefault="00C06A6F" w:rsidP="00C12D17">
      <w:pPr>
        <w:spacing w:after="0"/>
        <w:rPr>
          <w:bCs/>
          <w:lang w:eastAsia="ja-JP"/>
        </w:rPr>
      </w:pPr>
      <w:r w:rsidRPr="00C06A6F">
        <w:rPr>
          <w:rFonts w:hint="eastAsia"/>
          <w:bCs/>
          <w:lang w:eastAsia="ja-JP"/>
        </w:rPr>
        <w:t>・</w:t>
      </w:r>
      <w:r w:rsidRPr="00C06A6F">
        <w:rPr>
          <w:rFonts w:hint="eastAsia"/>
          <w:bCs/>
          <w:spacing w:val="330"/>
          <w:fitText w:val="1320" w:id="-668774143"/>
          <w:lang w:eastAsia="ja-JP"/>
        </w:rPr>
        <w:t>サイ</w:t>
      </w:r>
      <w:r w:rsidRPr="00C06A6F">
        <w:rPr>
          <w:rFonts w:hint="eastAsia"/>
          <w:bCs/>
          <w:fitText w:val="1320" w:id="-668774143"/>
          <w:lang w:eastAsia="ja-JP"/>
        </w:rPr>
        <w:t>ズ</w:t>
      </w:r>
      <w:r w:rsidRPr="00C06A6F">
        <w:rPr>
          <w:rFonts w:hint="eastAsia"/>
          <w:bCs/>
          <w:lang w:eastAsia="ja-JP"/>
        </w:rPr>
        <w:t>：</w:t>
      </w:r>
      <w:r w:rsidR="002E3863" w:rsidRPr="00C06A6F">
        <w:rPr>
          <w:bCs/>
          <w:lang w:eastAsia="ja-JP"/>
        </w:rPr>
        <w:t>A4</w:t>
      </w:r>
      <w:r w:rsidR="005E0B50" w:rsidRPr="00C06A6F">
        <w:rPr>
          <w:rFonts w:hint="eastAsia"/>
          <w:bCs/>
          <w:lang w:eastAsia="ja-JP"/>
        </w:rPr>
        <w:t>・</w:t>
      </w:r>
      <w:r w:rsidR="005E0B50" w:rsidRPr="00C06A6F">
        <w:rPr>
          <w:rFonts w:hint="eastAsia"/>
          <w:bCs/>
          <w:lang w:eastAsia="ja-JP"/>
        </w:rPr>
        <w:t>1</w:t>
      </w:r>
      <w:r w:rsidR="005E0B50" w:rsidRPr="00C06A6F">
        <w:rPr>
          <w:rFonts w:hint="eastAsia"/>
          <w:bCs/>
          <w:lang w:eastAsia="ja-JP"/>
        </w:rPr>
        <w:t>ページまたは</w:t>
      </w:r>
      <w:r w:rsidR="005E0B50" w:rsidRPr="00C06A6F">
        <w:rPr>
          <w:rFonts w:hint="eastAsia"/>
          <w:bCs/>
          <w:lang w:eastAsia="ja-JP"/>
        </w:rPr>
        <w:t>1/2</w:t>
      </w:r>
      <w:r w:rsidR="005E0B50" w:rsidRPr="00C06A6F">
        <w:rPr>
          <w:rFonts w:hint="eastAsia"/>
          <w:bCs/>
          <w:lang w:eastAsia="ja-JP"/>
        </w:rPr>
        <w:t>ページ</w:t>
      </w:r>
      <w:r w:rsidRPr="00C06A6F">
        <w:rPr>
          <w:rFonts w:hint="eastAsia"/>
          <w:bCs/>
          <w:lang w:eastAsia="ja-JP"/>
        </w:rPr>
        <w:t>（縦）</w:t>
      </w:r>
    </w:p>
    <w:p w14:paraId="5A157A4A" w14:textId="53C84681" w:rsidR="001C2456" w:rsidRDefault="002E3863" w:rsidP="00C12D17">
      <w:pPr>
        <w:spacing w:after="0"/>
        <w:ind w:left="1760" w:hangingChars="800" w:hanging="1760"/>
        <w:rPr>
          <w:lang w:eastAsia="ja-JP"/>
        </w:rPr>
      </w:pPr>
      <w:r>
        <w:rPr>
          <w:lang w:eastAsia="ja-JP"/>
        </w:rPr>
        <w:t>・</w:t>
      </w:r>
      <w:r w:rsidRPr="00C12D17">
        <w:rPr>
          <w:spacing w:val="55"/>
          <w:fitText w:val="1320" w:id="-671844095"/>
          <w:lang w:eastAsia="ja-JP"/>
        </w:rPr>
        <w:t>データ容</w:t>
      </w:r>
      <w:r w:rsidRPr="00C12D17">
        <w:rPr>
          <w:fitText w:val="1320" w:id="-671844095"/>
          <w:lang w:eastAsia="ja-JP"/>
        </w:rPr>
        <w:t>量</w:t>
      </w:r>
      <w:r>
        <w:rPr>
          <w:lang w:eastAsia="ja-JP"/>
        </w:rPr>
        <w:t>：</w:t>
      </w:r>
      <w:r w:rsidR="00C12D17">
        <w:rPr>
          <w:rFonts w:hint="eastAsia"/>
          <w:lang w:eastAsia="ja-JP"/>
        </w:rPr>
        <w:t>特に制限はありませんが、著しく大容量の場合はご相談させていただくことがあります。</w:t>
      </w:r>
    </w:p>
    <w:p w14:paraId="06975D80" w14:textId="77777777" w:rsidR="00C82CBF" w:rsidRDefault="00C82CBF" w:rsidP="002E3863">
      <w:pPr>
        <w:spacing w:after="0"/>
        <w:rPr>
          <w:b/>
          <w:lang w:eastAsia="ja-JP"/>
        </w:rPr>
      </w:pPr>
    </w:p>
    <w:p w14:paraId="623916C9" w14:textId="77EAB6A9" w:rsidR="002E3863" w:rsidRDefault="002E3863" w:rsidP="002E3863">
      <w:pPr>
        <w:spacing w:after="0"/>
        <w:rPr>
          <w:lang w:eastAsia="ja-JP"/>
        </w:rPr>
      </w:pPr>
      <w:r>
        <w:rPr>
          <w:b/>
          <w:lang w:eastAsia="ja-JP"/>
        </w:rPr>
        <w:t>【２】会場内</w:t>
      </w:r>
      <w:r>
        <w:rPr>
          <w:b/>
          <w:lang w:eastAsia="ja-JP"/>
        </w:rPr>
        <w:t>PR</w:t>
      </w:r>
      <w:r>
        <w:rPr>
          <w:b/>
          <w:lang w:eastAsia="ja-JP"/>
        </w:rPr>
        <w:t>ブース設置</w:t>
      </w:r>
      <w:r>
        <w:rPr>
          <w:b/>
          <w:lang w:eastAsia="ja-JP"/>
        </w:rPr>
        <w:br/>
      </w:r>
      <w:r>
        <w:rPr>
          <w:lang w:eastAsia="ja-JP"/>
        </w:rPr>
        <w:t>・</w:t>
      </w:r>
      <w:r w:rsidRPr="002E3863">
        <w:rPr>
          <w:lang w:eastAsia="ja-JP"/>
        </w:rPr>
        <w:t>展示スペース</w:t>
      </w:r>
      <w:r>
        <w:rPr>
          <w:lang w:eastAsia="ja-JP"/>
        </w:rPr>
        <w:t>：机</w:t>
      </w:r>
      <w:r>
        <w:rPr>
          <w:lang w:eastAsia="ja-JP"/>
        </w:rPr>
        <w:t>1</w:t>
      </w:r>
      <w:r>
        <w:rPr>
          <w:lang w:eastAsia="ja-JP"/>
        </w:rPr>
        <w:t>台（幅</w:t>
      </w:r>
      <w:r>
        <w:rPr>
          <w:lang w:eastAsia="ja-JP"/>
        </w:rPr>
        <w:t>180cm</w:t>
      </w:r>
      <w:r>
        <w:rPr>
          <w:lang w:eastAsia="ja-JP"/>
        </w:rPr>
        <w:t>程度）＋椅子</w:t>
      </w:r>
      <w:r>
        <w:rPr>
          <w:lang w:eastAsia="ja-JP"/>
        </w:rPr>
        <w:t>2</w:t>
      </w:r>
      <w:r>
        <w:rPr>
          <w:lang w:eastAsia="ja-JP"/>
        </w:rPr>
        <w:t>脚予定</w:t>
      </w:r>
      <w:r>
        <w:rPr>
          <w:lang w:eastAsia="ja-JP"/>
        </w:rPr>
        <w:br/>
      </w:r>
      <w:r>
        <w:rPr>
          <w:lang w:eastAsia="ja-JP"/>
        </w:rPr>
        <w:t>・</w:t>
      </w:r>
      <w:r w:rsidRPr="002E3863">
        <w:rPr>
          <w:spacing w:val="880"/>
          <w:fitText w:val="1320" w:id="-671842048"/>
          <w:lang w:eastAsia="ja-JP"/>
        </w:rPr>
        <w:t>電</w:t>
      </w:r>
      <w:r w:rsidRPr="002E3863">
        <w:rPr>
          <w:fitText w:val="1320" w:id="-671842048"/>
          <w:lang w:eastAsia="ja-JP"/>
        </w:rPr>
        <w:t>源</w:t>
      </w:r>
      <w:r>
        <w:rPr>
          <w:lang w:eastAsia="ja-JP"/>
        </w:rPr>
        <w:t>：必要な場合は事前にご相談ください</w:t>
      </w:r>
      <w:r>
        <w:rPr>
          <w:lang w:eastAsia="ja-JP"/>
        </w:rPr>
        <w:br/>
      </w:r>
      <w:r>
        <w:rPr>
          <w:lang w:eastAsia="ja-JP"/>
        </w:rPr>
        <w:t>・備品</w:t>
      </w:r>
      <w:r w:rsidR="005E0B50">
        <w:rPr>
          <w:rFonts w:hint="eastAsia"/>
          <w:lang w:eastAsia="ja-JP"/>
        </w:rPr>
        <w:t>や</w:t>
      </w:r>
      <w:r>
        <w:rPr>
          <w:lang w:eastAsia="ja-JP"/>
        </w:rPr>
        <w:t>装飾等</w:t>
      </w:r>
      <w:r w:rsidR="005E0B50">
        <w:rPr>
          <w:rFonts w:hint="eastAsia"/>
          <w:lang w:eastAsia="ja-JP"/>
        </w:rPr>
        <w:t>：</w:t>
      </w:r>
      <w:r>
        <w:rPr>
          <w:lang w:eastAsia="ja-JP"/>
        </w:rPr>
        <w:t>各社でご準備ください</w:t>
      </w:r>
    </w:p>
    <w:p w14:paraId="42B1045E" w14:textId="7C8DA5D6" w:rsidR="007B1D2B" w:rsidRDefault="007B1D2B" w:rsidP="002E3863">
      <w:pPr>
        <w:spacing w:after="0"/>
        <w:rPr>
          <w:lang w:eastAsia="ja-JP"/>
        </w:rPr>
      </w:pPr>
      <w:r>
        <w:rPr>
          <w:rFonts w:hint="eastAsia"/>
          <w:lang w:eastAsia="ja-JP"/>
        </w:rPr>
        <w:t>・</w:t>
      </w:r>
      <w:r w:rsidR="0053673C" w:rsidRPr="0053673C">
        <w:rPr>
          <w:rFonts w:hint="eastAsia"/>
          <w:w w:val="85"/>
          <w:fitText w:val="1320" w:id="-671333120"/>
          <w:lang w:eastAsia="ja-JP"/>
        </w:rPr>
        <w:t>インターネッ</w:t>
      </w:r>
      <w:r w:rsidR="0053673C" w:rsidRPr="0053673C">
        <w:rPr>
          <w:rFonts w:hint="eastAsia"/>
          <w:spacing w:val="20"/>
          <w:w w:val="85"/>
          <w:fitText w:val="1320" w:id="-671333120"/>
          <w:lang w:eastAsia="ja-JP"/>
        </w:rPr>
        <w:t>ト</w:t>
      </w:r>
      <w:r w:rsidR="0053673C">
        <w:rPr>
          <w:rFonts w:hint="eastAsia"/>
          <w:lang w:eastAsia="ja-JP"/>
        </w:rPr>
        <w:t>：インターネット・</w:t>
      </w:r>
      <w:r w:rsidR="0053673C">
        <w:rPr>
          <w:rFonts w:hint="eastAsia"/>
          <w:lang w:eastAsia="ja-JP"/>
        </w:rPr>
        <w:t>Wi-Fi</w:t>
      </w:r>
      <w:r w:rsidR="0053673C">
        <w:rPr>
          <w:rFonts w:hint="eastAsia"/>
          <w:lang w:eastAsia="ja-JP"/>
        </w:rPr>
        <w:t>環境は</w:t>
      </w:r>
      <w:r w:rsidR="0053673C" w:rsidRPr="0053673C">
        <w:rPr>
          <w:rFonts w:hint="eastAsia"/>
          <w:u w:val="single"/>
          <w:lang w:eastAsia="ja-JP"/>
        </w:rPr>
        <w:t>利用できません</w:t>
      </w:r>
    </w:p>
    <w:p w14:paraId="137466D0" w14:textId="61DD2015" w:rsidR="005E0B50" w:rsidRDefault="005E0B50" w:rsidP="002E3863">
      <w:pPr>
        <w:spacing w:after="0"/>
        <w:ind w:left="1760" w:hangingChars="800" w:hanging="1760"/>
        <w:rPr>
          <w:lang w:eastAsia="ja-JP"/>
        </w:rPr>
      </w:pPr>
      <w:r>
        <w:rPr>
          <w:rFonts w:hint="eastAsia"/>
          <w:lang w:eastAsia="ja-JP"/>
        </w:rPr>
        <w:t>・</w:t>
      </w:r>
      <w:r w:rsidRPr="002E3863">
        <w:rPr>
          <w:rFonts w:hint="eastAsia"/>
          <w:spacing w:val="880"/>
          <w:fitText w:val="1320" w:id="-671842304"/>
          <w:lang w:eastAsia="ja-JP"/>
        </w:rPr>
        <w:t>備</w:t>
      </w:r>
      <w:r w:rsidRPr="002E3863">
        <w:rPr>
          <w:rFonts w:hint="eastAsia"/>
          <w:fitText w:val="1320" w:id="-671842304"/>
          <w:lang w:eastAsia="ja-JP"/>
        </w:rPr>
        <w:t>考</w:t>
      </w:r>
      <w:r>
        <w:rPr>
          <w:rFonts w:hint="eastAsia"/>
          <w:lang w:eastAsia="ja-JP"/>
        </w:rPr>
        <w:t>：</w:t>
      </w:r>
      <w:r w:rsidR="000C1574" w:rsidRPr="008A7916">
        <w:rPr>
          <w:rFonts w:hint="eastAsia"/>
          <w:w w:val="94"/>
          <w:fitText w:val="7700" w:id="-392916736"/>
          <w:lang w:eastAsia="ja-JP"/>
        </w:rPr>
        <w:t>スペース</w:t>
      </w:r>
      <w:r w:rsidRPr="008A7916">
        <w:rPr>
          <w:rFonts w:hint="eastAsia"/>
          <w:w w:val="94"/>
          <w:fitText w:val="7700" w:id="-392916736"/>
          <w:lang w:eastAsia="ja-JP"/>
        </w:rPr>
        <w:t>の関係上、申込多数の場合は先着順にて広告企業・団体様を決定します</w:t>
      </w:r>
      <w:r w:rsidRPr="008A7916">
        <w:rPr>
          <w:rFonts w:hint="eastAsia"/>
          <w:spacing w:val="68"/>
          <w:w w:val="94"/>
          <w:fitText w:val="7700" w:id="-392916736"/>
          <w:lang w:eastAsia="ja-JP"/>
        </w:rPr>
        <w:t>。</w:t>
      </w:r>
    </w:p>
    <w:p w14:paraId="0A78DA9C" w14:textId="77777777" w:rsidR="00CE507D" w:rsidRDefault="00CE507D" w:rsidP="002E3863">
      <w:pPr>
        <w:spacing w:after="0"/>
        <w:ind w:left="1760" w:hangingChars="800" w:hanging="1760"/>
        <w:rPr>
          <w:lang w:eastAsia="ja-JP"/>
        </w:rPr>
      </w:pPr>
    </w:p>
    <w:p w14:paraId="6AFAC5F7" w14:textId="7A42424A" w:rsidR="00CE507D" w:rsidRPr="008A7916" w:rsidRDefault="00CE507D" w:rsidP="002E3863">
      <w:pPr>
        <w:spacing w:after="0"/>
        <w:ind w:left="1767" w:hangingChars="800" w:hanging="1767"/>
        <w:rPr>
          <w:b/>
          <w:bCs/>
          <w:lang w:eastAsia="ja-JP"/>
        </w:rPr>
      </w:pPr>
      <w:r w:rsidRPr="008A7916">
        <w:rPr>
          <w:rFonts w:hint="eastAsia"/>
          <w:b/>
          <w:bCs/>
          <w:lang w:eastAsia="ja-JP"/>
        </w:rPr>
        <w:t>【３】</w:t>
      </w:r>
      <w:r w:rsidR="008A7916" w:rsidRPr="008A7916">
        <w:rPr>
          <w:rFonts w:hint="eastAsia"/>
          <w:b/>
          <w:bCs/>
          <w:lang w:eastAsia="ja-JP"/>
        </w:rPr>
        <w:t>会場内通路へのポスター掲示</w:t>
      </w:r>
    </w:p>
    <w:p w14:paraId="43189713" w14:textId="79956B7A" w:rsidR="008A7916" w:rsidRDefault="008A7916" w:rsidP="008A7916">
      <w:pPr>
        <w:spacing w:after="0"/>
        <w:ind w:left="1760" w:hangingChars="800" w:hanging="1760"/>
        <w:rPr>
          <w:lang w:eastAsia="ja-JP"/>
        </w:rPr>
      </w:pPr>
      <w:r>
        <w:rPr>
          <w:rFonts w:hint="eastAsia"/>
          <w:lang w:eastAsia="ja-JP"/>
        </w:rPr>
        <w:t>・形　　　　式：</w:t>
      </w:r>
      <w:r>
        <w:rPr>
          <w:rFonts w:hint="eastAsia"/>
          <w:lang w:eastAsia="ja-JP"/>
        </w:rPr>
        <w:t>A1</w:t>
      </w:r>
      <w:r>
        <w:rPr>
          <w:rFonts w:hint="eastAsia"/>
          <w:lang w:eastAsia="ja-JP"/>
        </w:rPr>
        <w:t>（</w:t>
      </w:r>
      <w:r>
        <w:rPr>
          <w:rFonts w:hint="eastAsia"/>
          <w:lang w:eastAsia="ja-JP"/>
        </w:rPr>
        <w:t>60</w:t>
      </w:r>
      <w:r>
        <w:rPr>
          <w:rFonts w:hint="eastAsia"/>
          <w:lang w:eastAsia="ja-JP"/>
        </w:rPr>
        <w:t>㎝×</w:t>
      </w:r>
      <w:r>
        <w:rPr>
          <w:rFonts w:hint="eastAsia"/>
          <w:lang w:eastAsia="ja-JP"/>
        </w:rPr>
        <w:t>85</w:t>
      </w:r>
      <w:r>
        <w:rPr>
          <w:rFonts w:hint="eastAsia"/>
          <w:lang w:eastAsia="ja-JP"/>
        </w:rPr>
        <w:t>㎝）以内のポスター</w:t>
      </w:r>
    </w:p>
    <w:p w14:paraId="109B94A2" w14:textId="1AE02065" w:rsidR="008A7916" w:rsidRPr="005E0B50" w:rsidRDefault="008A7916" w:rsidP="002E3863">
      <w:pPr>
        <w:spacing w:after="0"/>
        <w:ind w:left="1760" w:hangingChars="800" w:hanging="1760"/>
        <w:rPr>
          <w:lang w:eastAsia="ja-JP"/>
        </w:rPr>
      </w:pPr>
      <w:r>
        <w:rPr>
          <w:rFonts w:hint="eastAsia"/>
          <w:lang w:eastAsia="ja-JP"/>
        </w:rPr>
        <w:t>・備　　　　考：</w:t>
      </w:r>
      <w:r w:rsidRPr="008A7916">
        <w:rPr>
          <w:rFonts w:hint="eastAsia"/>
          <w:w w:val="94"/>
          <w:fitText w:val="7700" w:id="-392916735"/>
          <w:lang w:eastAsia="ja-JP"/>
        </w:rPr>
        <w:t>スペースの関係上、申込多数の場合は先着順にて広告企業・団体様を決定します</w:t>
      </w:r>
      <w:r w:rsidRPr="008A7916">
        <w:rPr>
          <w:rFonts w:hint="eastAsia"/>
          <w:spacing w:val="68"/>
          <w:w w:val="94"/>
          <w:fitText w:val="7700" w:id="-392916735"/>
          <w:lang w:eastAsia="ja-JP"/>
        </w:rPr>
        <w:t>。</w:t>
      </w:r>
    </w:p>
    <w:p w14:paraId="62BDE441" w14:textId="77777777" w:rsidR="00C82CBF" w:rsidRDefault="00C82CBF" w:rsidP="00C82CBF">
      <w:pPr>
        <w:spacing w:after="0"/>
        <w:rPr>
          <w:b/>
          <w:lang w:eastAsia="ja-JP"/>
        </w:rPr>
      </w:pPr>
    </w:p>
    <w:p w14:paraId="315B6DD1" w14:textId="7EBC1CDA" w:rsidR="00B044DE" w:rsidRDefault="002E3863">
      <w:pPr>
        <w:rPr>
          <w:lang w:eastAsia="ja-JP"/>
        </w:rPr>
      </w:pPr>
      <w:r>
        <w:rPr>
          <w:b/>
          <w:lang w:eastAsia="ja-JP"/>
        </w:rPr>
        <w:t>【</w:t>
      </w:r>
      <w:r w:rsidR="008A7916">
        <w:rPr>
          <w:rFonts w:hint="eastAsia"/>
          <w:b/>
          <w:lang w:eastAsia="ja-JP"/>
        </w:rPr>
        <w:t>４</w:t>
      </w:r>
      <w:r>
        <w:rPr>
          <w:b/>
          <w:lang w:eastAsia="ja-JP"/>
        </w:rPr>
        <w:t>】開会式前スライド放映</w:t>
      </w:r>
      <w:r>
        <w:rPr>
          <w:b/>
          <w:lang w:eastAsia="ja-JP"/>
        </w:rPr>
        <w:br/>
      </w:r>
      <w:r>
        <w:rPr>
          <w:lang w:eastAsia="ja-JP"/>
        </w:rPr>
        <w:t>・</w:t>
      </w:r>
      <w:r w:rsidRPr="002E3863">
        <w:rPr>
          <w:spacing w:val="880"/>
          <w:fitText w:val="1320" w:id="-671841792"/>
          <w:lang w:eastAsia="ja-JP"/>
        </w:rPr>
        <w:t>形</w:t>
      </w:r>
      <w:r w:rsidRPr="002E3863">
        <w:rPr>
          <w:fitText w:val="1320" w:id="-671841792"/>
          <w:lang w:eastAsia="ja-JP"/>
        </w:rPr>
        <w:t>式</w:t>
      </w:r>
      <w:r>
        <w:rPr>
          <w:lang w:eastAsia="ja-JP"/>
        </w:rPr>
        <w:t>：</w:t>
      </w:r>
      <w:r>
        <w:rPr>
          <w:lang w:eastAsia="ja-JP"/>
        </w:rPr>
        <w:t>PowerPoint</w:t>
      </w:r>
      <w:r>
        <w:rPr>
          <w:lang w:eastAsia="ja-JP"/>
        </w:rPr>
        <w:t>（</w:t>
      </w:r>
      <w:r>
        <w:rPr>
          <w:lang w:eastAsia="ja-JP"/>
        </w:rPr>
        <w:t>1</w:t>
      </w:r>
      <w:r>
        <w:rPr>
          <w:lang w:eastAsia="ja-JP"/>
        </w:rPr>
        <w:t>枚）</w:t>
      </w:r>
      <w:r>
        <w:rPr>
          <w:lang w:eastAsia="ja-JP"/>
        </w:rPr>
        <w:br/>
      </w:r>
      <w:r>
        <w:rPr>
          <w:lang w:eastAsia="ja-JP"/>
        </w:rPr>
        <w:t>・</w:t>
      </w:r>
      <w:r w:rsidRPr="002E3863">
        <w:rPr>
          <w:w w:val="85"/>
          <w:fitText w:val="1320" w:id="-671841791"/>
          <w:lang w:eastAsia="ja-JP"/>
        </w:rPr>
        <w:t>スライドサイ</w:t>
      </w:r>
      <w:r w:rsidRPr="002E3863">
        <w:rPr>
          <w:spacing w:val="20"/>
          <w:w w:val="85"/>
          <w:fitText w:val="1320" w:id="-671841791"/>
          <w:lang w:eastAsia="ja-JP"/>
        </w:rPr>
        <w:t>ズ</w:t>
      </w:r>
      <w:r>
        <w:rPr>
          <w:lang w:eastAsia="ja-JP"/>
        </w:rPr>
        <w:t>：</w:t>
      </w:r>
      <w:r>
        <w:rPr>
          <w:lang w:eastAsia="ja-JP"/>
        </w:rPr>
        <w:t>16</w:t>
      </w:r>
      <w:r>
        <w:rPr>
          <w:lang w:eastAsia="ja-JP"/>
        </w:rPr>
        <w:t>：</w:t>
      </w:r>
      <w:r>
        <w:rPr>
          <w:lang w:eastAsia="ja-JP"/>
        </w:rPr>
        <w:t>9</w:t>
      </w:r>
      <w:r>
        <w:rPr>
          <w:lang w:eastAsia="ja-JP"/>
        </w:rPr>
        <w:t>（横長）</w:t>
      </w:r>
    </w:p>
    <w:p w14:paraId="5F62070E" w14:textId="77777777" w:rsidR="00C82CBF" w:rsidRDefault="00C82CBF" w:rsidP="00C82CBF">
      <w:pPr>
        <w:spacing w:after="0"/>
        <w:rPr>
          <w:b/>
          <w:lang w:eastAsia="ja-JP"/>
        </w:rPr>
      </w:pPr>
    </w:p>
    <w:p w14:paraId="12A160E3" w14:textId="77777777" w:rsidR="008A7916" w:rsidRDefault="008A7916" w:rsidP="00C82CBF">
      <w:pPr>
        <w:spacing w:after="0"/>
        <w:rPr>
          <w:b/>
          <w:lang w:eastAsia="ja-JP"/>
        </w:rPr>
      </w:pPr>
    </w:p>
    <w:p w14:paraId="52E43C50" w14:textId="63D62C5C" w:rsidR="008A7916" w:rsidRPr="008A7916" w:rsidRDefault="008A7916" w:rsidP="008A7916">
      <w:pPr>
        <w:spacing w:after="0"/>
        <w:jc w:val="right"/>
        <w:rPr>
          <w:bCs/>
          <w:sz w:val="21"/>
          <w:szCs w:val="21"/>
          <w:lang w:eastAsia="ja-JP"/>
        </w:rPr>
      </w:pPr>
      <w:r w:rsidRPr="008A7916">
        <w:rPr>
          <w:rFonts w:hint="eastAsia"/>
          <w:bCs/>
          <w:sz w:val="21"/>
          <w:szCs w:val="21"/>
          <w:lang w:eastAsia="ja-JP"/>
        </w:rPr>
        <w:t>（次ページに</w:t>
      </w:r>
      <w:r>
        <w:rPr>
          <w:rFonts w:hint="eastAsia"/>
          <w:bCs/>
          <w:sz w:val="21"/>
          <w:szCs w:val="21"/>
          <w:lang w:eastAsia="ja-JP"/>
        </w:rPr>
        <w:t>申込書等</w:t>
      </w:r>
      <w:r w:rsidRPr="008A7916">
        <w:rPr>
          <w:rFonts w:hint="eastAsia"/>
          <w:bCs/>
          <w:sz w:val="21"/>
          <w:szCs w:val="21"/>
          <w:lang w:eastAsia="ja-JP"/>
        </w:rPr>
        <w:t>の提出について記載していますのでご確認ください）</w:t>
      </w:r>
    </w:p>
    <w:p w14:paraId="7BA0B349" w14:textId="77777777" w:rsidR="008A7916" w:rsidRDefault="008A7916" w:rsidP="00C82CBF">
      <w:pPr>
        <w:spacing w:after="0"/>
        <w:rPr>
          <w:b/>
          <w:lang w:eastAsia="ja-JP"/>
        </w:rPr>
      </w:pPr>
    </w:p>
    <w:p w14:paraId="130F82CA" w14:textId="536A8099" w:rsidR="001C2456" w:rsidRDefault="002E3863" w:rsidP="00C82CBF">
      <w:pPr>
        <w:pStyle w:val="21"/>
        <w:spacing w:before="0"/>
        <w:rPr>
          <w:lang w:eastAsia="ja-JP"/>
        </w:rPr>
      </w:pPr>
      <w:r>
        <w:rPr>
          <w:lang w:eastAsia="ja-JP"/>
        </w:rPr>
        <w:t>＜</w:t>
      </w:r>
      <w:r w:rsidR="008A7916">
        <w:rPr>
          <w:rFonts w:hint="eastAsia"/>
          <w:lang w:eastAsia="ja-JP"/>
        </w:rPr>
        <w:t>申込書等</w:t>
      </w:r>
      <w:r>
        <w:rPr>
          <w:lang w:eastAsia="ja-JP"/>
        </w:rPr>
        <w:t>の提出について＞</w:t>
      </w:r>
    </w:p>
    <w:p w14:paraId="55193CF9" w14:textId="0A592694" w:rsidR="001C2456" w:rsidRDefault="002E3863" w:rsidP="009E3012">
      <w:pPr>
        <w:spacing w:after="0"/>
        <w:rPr>
          <w:lang w:eastAsia="ja-JP"/>
        </w:rPr>
      </w:pPr>
      <w:r>
        <w:rPr>
          <w:lang w:eastAsia="ja-JP"/>
        </w:rPr>
        <w:t>・</w:t>
      </w:r>
      <w:r w:rsidRPr="009E3012">
        <w:rPr>
          <w:spacing w:val="146"/>
          <w:fitText w:val="1320" w:id="-671841789"/>
          <w:lang w:eastAsia="ja-JP"/>
        </w:rPr>
        <w:t>提出期</w:t>
      </w:r>
      <w:r w:rsidRPr="009E3012">
        <w:rPr>
          <w:spacing w:val="2"/>
          <w:fitText w:val="1320" w:id="-671841789"/>
          <w:lang w:eastAsia="ja-JP"/>
        </w:rPr>
        <w:t>限</w:t>
      </w:r>
      <w:r>
        <w:rPr>
          <w:lang w:eastAsia="ja-JP"/>
        </w:rPr>
        <w:t>：</w:t>
      </w:r>
      <w:r w:rsidR="008A7916">
        <w:rPr>
          <w:rFonts w:hint="eastAsia"/>
          <w:lang w:eastAsia="ja-JP"/>
        </w:rPr>
        <w:t>申込書・・・・・</w:t>
      </w:r>
      <w:r w:rsidR="009F2277">
        <w:rPr>
          <w:rFonts w:hint="eastAsia"/>
          <w:lang w:eastAsia="ja-JP"/>
        </w:rPr>
        <w:t>令和</w:t>
      </w:r>
      <w:r w:rsidR="008A7916">
        <w:rPr>
          <w:rFonts w:hint="eastAsia"/>
          <w:lang w:eastAsia="ja-JP"/>
        </w:rPr>
        <w:t>８</w:t>
      </w:r>
      <w:r w:rsidR="009F2277">
        <w:rPr>
          <w:rFonts w:hint="eastAsia"/>
          <w:lang w:eastAsia="ja-JP"/>
        </w:rPr>
        <w:t>年９</w:t>
      </w:r>
      <w:r>
        <w:rPr>
          <w:lang w:eastAsia="ja-JP"/>
        </w:rPr>
        <w:t>月</w:t>
      </w:r>
      <w:r w:rsidR="008A7916">
        <w:rPr>
          <w:rFonts w:hint="eastAsia"/>
          <w:lang w:eastAsia="ja-JP"/>
        </w:rPr>
        <w:t>３０</w:t>
      </w:r>
      <w:r w:rsidR="009F2277">
        <w:rPr>
          <w:rFonts w:hint="eastAsia"/>
          <w:lang w:eastAsia="ja-JP"/>
        </w:rPr>
        <w:t>日（</w:t>
      </w:r>
      <w:r w:rsidR="008A7916">
        <w:rPr>
          <w:rFonts w:hint="eastAsia"/>
          <w:lang w:eastAsia="ja-JP"/>
        </w:rPr>
        <w:t>水</w:t>
      </w:r>
      <w:r w:rsidR="009F2277">
        <w:rPr>
          <w:rFonts w:hint="eastAsia"/>
          <w:lang w:eastAsia="ja-JP"/>
        </w:rPr>
        <w:t>）まで</w:t>
      </w:r>
    </w:p>
    <w:p w14:paraId="6F156474" w14:textId="3DAFEA7A" w:rsidR="008A7916" w:rsidRPr="008A7916" w:rsidRDefault="008A7916" w:rsidP="009E3012">
      <w:pPr>
        <w:spacing w:after="0"/>
        <w:rPr>
          <w:lang w:eastAsia="ja-JP"/>
        </w:rPr>
      </w:pPr>
      <w:r>
        <w:rPr>
          <w:rFonts w:hint="eastAsia"/>
          <w:lang w:eastAsia="ja-JP"/>
        </w:rPr>
        <w:t xml:space="preserve">　　　　　　　　広告データ・・・令和８年１０月１６日（金）まで</w:t>
      </w:r>
    </w:p>
    <w:p w14:paraId="42CA3A02" w14:textId="791ADAD8" w:rsidR="009E3012" w:rsidRDefault="009E3012" w:rsidP="008A7916">
      <w:pPr>
        <w:spacing w:after="0"/>
        <w:ind w:left="1760" w:hangingChars="800" w:hanging="1760"/>
        <w:rPr>
          <w:lang w:eastAsia="ja-JP"/>
        </w:rPr>
      </w:pPr>
      <w:r>
        <w:rPr>
          <w:rFonts w:hint="eastAsia"/>
          <w:lang w:eastAsia="ja-JP"/>
        </w:rPr>
        <w:t>・</w:t>
      </w:r>
      <w:r w:rsidRPr="009E3012">
        <w:rPr>
          <w:rFonts w:hint="eastAsia"/>
          <w:spacing w:val="330"/>
          <w:fitText w:val="1320" w:id="-671327232"/>
          <w:lang w:eastAsia="ja-JP"/>
        </w:rPr>
        <w:t>提出</w:t>
      </w:r>
      <w:r w:rsidRPr="009E3012">
        <w:rPr>
          <w:rFonts w:hint="eastAsia"/>
          <w:fitText w:val="1320" w:id="-671327232"/>
          <w:lang w:eastAsia="ja-JP"/>
        </w:rPr>
        <w:t>先</w:t>
      </w:r>
      <w:r>
        <w:rPr>
          <w:rFonts w:hint="eastAsia"/>
          <w:lang w:eastAsia="ja-JP"/>
        </w:rPr>
        <w:t>：</w:t>
      </w:r>
      <w:r w:rsidR="00C82CBF">
        <w:rPr>
          <w:rFonts w:hint="eastAsia"/>
          <w:lang w:eastAsia="ja-JP"/>
        </w:rPr>
        <w:t>下記担当へ</w:t>
      </w:r>
      <w:r w:rsidR="008A7916">
        <w:rPr>
          <w:rFonts w:hint="eastAsia"/>
          <w:lang w:eastAsia="ja-JP"/>
        </w:rPr>
        <w:t>申込書、【１】、【４】は</w:t>
      </w:r>
      <w:r w:rsidR="00C82CBF">
        <w:rPr>
          <w:rFonts w:hint="eastAsia"/>
          <w:lang w:eastAsia="ja-JP"/>
        </w:rPr>
        <w:t>電子メールにて</w:t>
      </w:r>
      <w:r w:rsidR="008A7916">
        <w:rPr>
          <w:rFonts w:hint="eastAsia"/>
          <w:lang w:eastAsia="ja-JP"/>
        </w:rPr>
        <w:t>、【３】は郵送または持参にて</w:t>
      </w:r>
      <w:r w:rsidR="00C82CBF">
        <w:rPr>
          <w:rFonts w:hint="eastAsia"/>
          <w:lang w:eastAsia="ja-JP"/>
        </w:rPr>
        <w:t>ご提出ください。</w:t>
      </w:r>
    </w:p>
    <w:p w14:paraId="4DBAF2F1" w14:textId="668A93CC" w:rsidR="009E3012" w:rsidRDefault="009E3012" w:rsidP="009E3012">
      <w:pPr>
        <w:spacing w:after="0"/>
        <w:ind w:leftChars="200" w:left="440"/>
        <w:rPr>
          <w:lang w:eastAsia="ja-JP"/>
        </w:rPr>
      </w:pPr>
    </w:p>
    <w:p w14:paraId="422D4FCE" w14:textId="77777777" w:rsidR="008A7916" w:rsidRDefault="008A7916" w:rsidP="00023E96">
      <w:pPr>
        <w:spacing w:after="0"/>
        <w:rPr>
          <w:lang w:eastAsia="ja-JP"/>
        </w:rPr>
      </w:pPr>
    </w:p>
    <w:p w14:paraId="6345AB0F" w14:textId="722A218F" w:rsidR="00023E96" w:rsidRDefault="00023E96" w:rsidP="00023E96">
      <w:pPr>
        <w:spacing w:after="0"/>
        <w:rPr>
          <w:lang w:eastAsia="ja-JP"/>
        </w:rPr>
      </w:pPr>
      <w:r>
        <w:rPr>
          <w:rFonts w:hint="eastAsia"/>
          <w:lang w:eastAsia="ja-JP"/>
        </w:rPr>
        <w:t xml:space="preserve">　〇その他</w:t>
      </w:r>
    </w:p>
    <w:p w14:paraId="6CD89CC1" w14:textId="66C8C928" w:rsidR="00023E96" w:rsidRPr="00023E96" w:rsidRDefault="00023E96" w:rsidP="007A1BA7">
      <w:pPr>
        <w:spacing w:after="0"/>
        <w:ind w:left="440" w:hangingChars="200" w:hanging="440"/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 w:rsidR="007A1BA7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ご協賛</w:t>
      </w:r>
      <w:r w:rsidR="007A1BA7">
        <w:rPr>
          <w:rFonts w:hint="eastAsia"/>
          <w:lang w:eastAsia="ja-JP"/>
        </w:rPr>
        <w:t>いただける場合につきましては、１名様に限り、研究発表会参加費（会員：</w:t>
      </w:r>
      <w:r w:rsidR="007A1BA7">
        <w:rPr>
          <w:rFonts w:hint="eastAsia"/>
          <w:lang w:eastAsia="ja-JP"/>
        </w:rPr>
        <w:t>3,500</w:t>
      </w:r>
      <w:r w:rsidR="007A1BA7">
        <w:rPr>
          <w:rFonts w:hint="eastAsia"/>
          <w:lang w:eastAsia="ja-JP"/>
        </w:rPr>
        <w:t>円、非会員</w:t>
      </w:r>
      <w:r w:rsidR="007A1BA7">
        <w:rPr>
          <w:rFonts w:hint="eastAsia"/>
          <w:lang w:eastAsia="ja-JP"/>
        </w:rPr>
        <w:t>5,000</w:t>
      </w:r>
      <w:r w:rsidR="007A1BA7">
        <w:rPr>
          <w:rFonts w:hint="eastAsia"/>
          <w:lang w:eastAsia="ja-JP"/>
        </w:rPr>
        <w:t>円）を無料で本研究発表会にご案内させていただきます。</w:t>
      </w:r>
    </w:p>
    <w:p w14:paraId="517AFACE" w14:textId="77777777" w:rsidR="008A7916" w:rsidRPr="00BE63B7" w:rsidRDefault="008A7916" w:rsidP="009E3012">
      <w:pPr>
        <w:spacing w:after="0"/>
        <w:ind w:leftChars="200" w:left="440"/>
        <w:rPr>
          <w:lang w:eastAsia="ja-JP"/>
        </w:rPr>
      </w:pPr>
    </w:p>
    <w:p w14:paraId="7CBAB94C" w14:textId="77777777" w:rsidR="005F7430" w:rsidRDefault="005F7430" w:rsidP="009E3012">
      <w:pPr>
        <w:spacing w:after="0"/>
        <w:ind w:leftChars="200" w:left="440"/>
        <w:rPr>
          <w:lang w:eastAsia="ja-JP"/>
        </w:rPr>
      </w:pPr>
    </w:p>
    <w:tbl>
      <w:tblPr>
        <w:tblStyle w:val="afe"/>
        <w:tblpPr w:leftFromText="142" w:rightFromText="142" w:vertAnchor="text" w:horzAnchor="margin" w:tblpXSpec="right" w:tblpY="324"/>
        <w:tblW w:w="0" w:type="auto"/>
        <w:tblLook w:val="04A0" w:firstRow="1" w:lastRow="0" w:firstColumn="1" w:lastColumn="0" w:noHBand="0" w:noVBand="1"/>
      </w:tblPr>
      <w:tblGrid>
        <w:gridCol w:w="1242"/>
        <w:gridCol w:w="5875"/>
      </w:tblGrid>
      <w:tr w:rsidR="00FD6988" w14:paraId="05855370" w14:textId="77777777" w:rsidTr="00FD6988">
        <w:tc>
          <w:tcPr>
            <w:tcW w:w="7117" w:type="dxa"/>
            <w:gridSpan w:val="2"/>
          </w:tcPr>
          <w:p w14:paraId="3E90C5D1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zh-TW"/>
              </w:rPr>
              <w:t>第83回農業農村工学会京都支部研究発表会開催地事務局</w:t>
            </w:r>
          </w:p>
          <w:p w14:paraId="5301C23C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zh-TW"/>
              </w:rPr>
              <w:t>（京都府農林水産部農村振興課）</w:t>
            </w:r>
          </w:p>
        </w:tc>
      </w:tr>
      <w:tr w:rsidR="00FD6988" w14:paraId="560FB0A6" w14:textId="77777777" w:rsidTr="00FD6988">
        <w:tc>
          <w:tcPr>
            <w:tcW w:w="1242" w:type="dxa"/>
          </w:tcPr>
          <w:p w14:paraId="66DEA8C8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担　当</w:t>
            </w:r>
          </w:p>
        </w:tc>
        <w:tc>
          <w:tcPr>
            <w:tcW w:w="5875" w:type="dxa"/>
          </w:tcPr>
          <w:p w14:paraId="06FDEA3C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4"/>
                <w:szCs w:val="28"/>
              </w:rPr>
              <w:t>久保田、高見澤</w:t>
            </w:r>
            <w:proofErr w:type="spellEnd"/>
          </w:p>
        </w:tc>
      </w:tr>
      <w:tr w:rsidR="00FD6988" w14:paraId="680962EE" w14:textId="77777777" w:rsidTr="00FD6988">
        <w:tc>
          <w:tcPr>
            <w:tcW w:w="1242" w:type="dxa"/>
          </w:tcPr>
          <w:p w14:paraId="32F8BAA1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ja-JP"/>
              </w:rPr>
              <w:t>住　所</w:t>
            </w:r>
          </w:p>
        </w:tc>
        <w:tc>
          <w:tcPr>
            <w:tcW w:w="5875" w:type="dxa"/>
          </w:tcPr>
          <w:p w14:paraId="0B1C82AA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ja-JP"/>
              </w:rPr>
              <w:t>〒602-8570</w:t>
            </w:r>
          </w:p>
          <w:p w14:paraId="5FCD74DE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ja-JP"/>
              </w:rPr>
              <w:t>京都府京都市上京区下立売通新町西入藪の内町</w:t>
            </w:r>
          </w:p>
        </w:tc>
      </w:tr>
      <w:tr w:rsidR="00FD6988" w14:paraId="5767D7D7" w14:textId="77777777" w:rsidTr="00FD6988">
        <w:tc>
          <w:tcPr>
            <w:tcW w:w="1242" w:type="dxa"/>
          </w:tcPr>
          <w:p w14:paraId="4B252F15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電　話</w:t>
            </w:r>
          </w:p>
        </w:tc>
        <w:tc>
          <w:tcPr>
            <w:tcW w:w="5875" w:type="dxa"/>
          </w:tcPr>
          <w:p w14:paraId="6C8C24AC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075-414-5053</w:t>
            </w:r>
          </w:p>
        </w:tc>
      </w:tr>
      <w:tr w:rsidR="00FD6988" w14:paraId="282D92DE" w14:textId="77777777" w:rsidTr="00FD6988">
        <w:tc>
          <w:tcPr>
            <w:tcW w:w="1242" w:type="dxa"/>
          </w:tcPr>
          <w:p w14:paraId="45D02899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4"/>
                <w:szCs w:val="28"/>
              </w:rPr>
              <w:t>Eメール</w:t>
            </w:r>
            <w:proofErr w:type="spellEnd"/>
          </w:p>
        </w:tc>
        <w:tc>
          <w:tcPr>
            <w:tcW w:w="5875" w:type="dxa"/>
          </w:tcPr>
          <w:p w14:paraId="5DB25916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</w:rPr>
            </w:pPr>
            <w:hyperlink r:id="rId8" w:history="1">
              <w:r w:rsidRPr="00F73017">
                <w:rPr>
                  <w:rStyle w:val="aff"/>
                  <w:rFonts w:ascii="ＭＳ 明朝" w:eastAsia="ＭＳ 明朝" w:hAnsi="ＭＳ 明朝"/>
                  <w:sz w:val="24"/>
                  <w:szCs w:val="28"/>
                </w:rPr>
                <w:t>c-kubota68</w:t>
              </w:r>
              <w:r>
                <w:rPr>
                  <w:rStyle w:val="aff"/>
                  <w:rFonts w:ascii="ＭＳ 明朝" w:eastAsia="ＭＳ 明朝" w:hAnsi="ＭＳ 明朝" w:hint="eastAsia"/>
                  <w:sz w:val="24"/>
                  <w:szCs w:val="28"/>
                  <w:lang w:eastAsia="ja-JP"/>
                </w:rPr>
                <w:t>[at]</w:t>
              </w:r>
              <w:r w:rsidRPr="00F73017">
                <w:rPr>
                  <w:rStyle w:val="aff"/>
                  <w:rFonts w:ascii="ＭＳ 明朝" w:eastAsia="ＭＳ 明朝" w:hAnsi="ＭＳ 明朝"/>
                  <w:sz w:val="24"/>
                  <w:szCs w:val="28"/>
                </w:rPr>
                <w:t>pref.kyoto.lg.jp</w:t>
              </w:r>
            </w:hyperlink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（久保田）</w:t>
            </w:r>
          </w:p>
          <w:p w14:paraId="1E10833A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ja-JP"/>
              </w:rPr>
            </w:pPr>
            <w:hyperlink r:id="rId9" w:history="1">
              <w:r w:rsidRPr="00F73017">
                <w:rPr>
                  <w:rStyle w:val="aff"/>
                  <w:rFonts w:ascii="ＭＳ 明朝" w:eastAsia="ＭＳ 明朝" w:hAnsi="ＭＳ 明朝"/>
                  <w:sz w:val="24"/>
                  <w:szCs w:val="28"/>
                </w:rPr>
                <w:t>y-takamizawa95</w:t>
              </w:r>
              <w:r>
                <w:rPr>
                  <w:rStyle w:val="aff"/>
                  <w:rFonts w:ascii="ＭＳ 明朝" w:eastAsia="ＭＳ 明朝" w:hAnsi="ＭＳ 明朝" w:hint="eastAsia"/>
                  <w:sz w:val="24"/>
                  <w:szCs w:val="28"/>
                  <w:lang w:eastAsia="ja-JP"/>
                </w:rPr>
                <w:t>[at]</w:t>
              </w:r>
              <w:r w:rsidRPr="00F73017">
                <w:rPr>
                  <w:rStyle w:val="aff"/>
                  <w:rFonts w:ascii="ＭＳ 明朝" w:eastAsia="ＭＳ 明朝" w:hAnsi="ＭＳ 明朝"/>
                  <w:sz w:val="24"/>
                  <w:szCs w:val="28"/>
                </w:rPr>
                <w:t>pref.kyoto.lg.jp</w:t>
              </w:r>
            </w:hyperlink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（高見澤）</w:t>
            </w:r>
          </w:p>
          <w:p w14:paraId="7A870090" w14:textId="77777777" w:rsidR="00FD6988" w:rsidRDefault="00FD6988" w:rsidP="00FD6988">
            <w:pPr>
              <w:rPr>
                <w:rFonts w:ascii="ＭＳ 明朝" w:eastAsia="ＭＳ 明朝" w:hAnsi="ＭＳ 明朝"/>
                <w:sz w:val="24"/>
                <w:szCs w:val="2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lang w:eastAsia="ja-JP"/>
              </w:rPr>
              <w:t>（[a</w:t>
            </w:r>
            <w:r>
              <w:rPr>
                <w:rFonts w:hint="eastAsia"/>
                <w:lang w:eastAsia="ja-JP"/>
              </w:rPr>
              <w:t>t]</w:t>
            </w:r>
            <w:r>
              <w:rPr>
                <w:rFonts w:hint="eastAsia"/>
                <w:lang w:eastAsia="ja-JP"/>
              </w:rPr>
              <w:t>を</w:t>
            </w:r>
            <w:r>
              <w:rPr>
                <w:rFonts w:hint="eastAsia"/>
                <w:lang w:eastAsia="ja-JP"/>
              </w:rPr>
              <w:t>@</w:t>
            </w:r>
            <w:r>
              <w:rPr>
                <w:rFonts w:hint="eastAsia"/>
                <w:lang w:eastAsia="ja-JP"/>
              </w:rPr>
              <w:t>に）</w:t>
            </w:r>
          </w:p>
        </w:tc>
      </w:tr>
    </w:tbl>
    <w:p w14:paraId="47DFCECF" w14:textId="77777777" w:rsidR="00BE63B7" w:rsidRPr="00CE507D" w:rsidRDefault="00BE63B7" w:rsidP="009E3012">
      <w:pPr>
        <w:spacing w:after="0"/>
        <w:ind w:leftChars="200" w:left="440"/>
        <w:rPr>
          <w:lang w:eastAsia="ja-JP"/>
        </w:rPr>
      </w:pPr>
    </w:p>
    <w:sectPr w:rsidR="00BE63B7" w:rsidRPr="00CE507D" w:rsidSect="00476FA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6FD9" w14:textId="77777777" w:rsidR="00664DD4" w:rsidRDefault="00664DD4" w:rsidP="00C459E8">
      <w:pPr>
        <w:spacing w:after="0" w:line="240" w:lineRule="auto"/>
      </w:pPr>
      <w:r>
        <w:separator/>
      </w:r>
    </w:p>
  </w:endnote>
  <w:endnote w:type="continuationSeparator" w:id="0">
    <w:p w14:paraId="4DF4B794" w14:textId="77777777" w:rsidR="00664DD4" w:rsidRDefault="00664DD4" w:rsidP="00C4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3F42" w14:textId="77777777" w:rsidR="00664DD4" w:rsidRDefault="00664DD4" w:rsidP="00C459E8">
      <w:pPr>
        <w:spacing w:after="0" w:line="240" w:lineRule="auto"/>
      </w:pPr>
      <w:r>
        <w:separator/>
      </w:r>
    </w:p>
  </w:footnote>
  <w:footnote w:type="continuationSeparator" w:id="0">
    <w:p w14:paraId="5A987FC6" w14:textId="77777777" w:rsidR="00664DD4" w:rsidRDefault="00664DD4" w:rsidP="00C4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6891602">
    <w:abstractNumId w:val="8"/>
  </w:num>
  <w:num w:numId="2" w16cid:durableId="1015496122">
    <w:abstractNumId w:val="6"/>
  </w:num>
  <w:num w:numId="3" w16cid:durableId="1572422897">
    <w:abstractNumId w:val="5"/>
  </w:num>
  <w:num w:numId="4" w16cid:durableId="147794778">
    <w:abstractNumId w:val="4"/>
  </w:num>
  <w:num w:numId="5" w16cid:durableId="813255794">
    <w:abstractNumId w:val="7"/>
  </w:num>
  <w:num w:numId="6" w16cid:durableId="539703342">
    <w:abstractNumId w:val="3"/>
  </w:num>
  <w:num w:numId="7" w16cid:durableId="760444566">
    <w:abstractNumId w:val="2"/>
  </w:num>
  <w:num w:numId="8" w16cid:durableId="1603300590">
    <w:abstractNumId w:val="1"/>
  </w:num>
  <w:num w:numId="9" w16cid:durableId="104899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E96"/>
    <w:rsid w:val="0002447A"/>
    <w:rsid w:val="00034616"/>
    <w:rsid w:val="0006063C"/>
    <w:rsid w:val="000C1574"/>
    <w:rsid w:val="000C4646"/>
    <w:rsid w:val="0015074B"/>
    <w:rsid w:val="001C2456"/>
    <w:rsid w:val="0029639D"/>
    <w:rsid w:val="002E3863"/>
    <w:rsid w:val="00321E14"/>
    <w:rsid w:val="00326F90"/>
    <w:rsid w:val="0045483A"/>
    <w:rsid w:val="00476FAB"/>
    <w:rsid w:val="004B2857"/>
    <w:rsid w:val="0053673C"/>
    <w:rsid w:val="00576CDA"/>
    <w:rsid w:val="005E0B50"/>
    <w:rsid w:val="005F7430"/>
    <w:rsid w:val="00664DD4"/>
    <w:rsid w:val="007A1BA7"/>
    <w:rsid w:val="007B1D2B"/>
    <w:rsid w:val="007D3B3F"/>
    <w:rsid w:val="008A2A64"/>
    <w:rsid w:val="008A7916"/>
    <w:rsid w:val="009B29E5"/>
    <w:rsid w:val="009E3012"/>
    <w:rsid w:val="009F2277"/>
    <w:rsid w:val="00A32605"/>
    <w:rsid w:val="00AA1D8D"/>
    <w:rsid w:val="00AC5730"/>
    <w:rsid w:val="00B044DE"/>
    <w:rsid w:val="00B47730"/>
    <w:rsid w:val="00BE63B7"/>
    <w:rsid w:val="00C06A6F"/>
    <w:rsid w:val="00C11B4A"/>
    <w:rsid w:val="00C12D17"/>
    <w:rsid w:val="00C459E8"/>
    <w:rsid w:val="00C72B87"/>
    <w:rsid w:val="00C8222B"/>
    <w:rsid w:val="00C82CBF"/>
    <w:rsid w:val="00CB0664"/>
    <w:rsid w:val="00CE507D"/>
    <w:rsid w:val="00EB7AAC"/>
    <w:rsid w:val="00F01EDC"/>
    <w:rsid w:val="00FC693F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EEB20"/>
  <w14:defaultImageDpi w14:val="300"/>
  <w15:docId w15:val="{4FA6FD9F-3F68-4D2E-A93D-3B62AA73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5F7430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5F7430"/>
    <w:rPr>
      <w:color w:val="605E5C"/>
      <w:shd w:val="clear" w:color="auto" w:fill="E1DFDD"/>
    </w:rPr>
  </w:style>
  <w:style w:type="table" w:customStyle="1" w:styleId="18">
    <w:name w:val="表 (格子)1"/>
    <w:basedOn w:val="a3"/>
    <w:next w:val="afe"/>
    <w:uiPriority w:val="59"/>
    <w:rsid w:val="005F7430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-kubota68@pref.kyo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-takamizawa95@pref.kyoto.lg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1101</Characters>
  <Application>Microsoft Office Word</Application>
  <DocSecurity>4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です 黒田</cp:lastModifiedBy>
  <cp:revision>2</cp:revision>
  <cp:lastPrinted>2025-08-04T08:35:00Z</cp:lastPrinted>
  <dcterms:created xsi:type="dcterms:W3CDTF">2026-09-01T06:02:00Z</dcterms:created>
  <dcterms:modified xsi:type="dcterms:W3CDTF">2026-09-01T06:02:00Z</dcterms:modified>
  <cp:category/>
</cp:coreProperties>
</file>